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240"/>
      </w:tblGrid>
      <w:tr w:rsidR="003B5B3F" w14:paraId="25723158" w14:textId="77777777" w:rsidTr="0016501E">
        <w:trPr>
          <w:jc w:val="center"/>
        </w:trPr>
        <w:tc>
          <w:tcPr>
            <w:tcW w:w="5156" w:type="dxa"/>
          </w:tcPr>
          <w:p w14:paraId="37FCF49E" w14:textId="21E28C87" w:rsidR="003B5B3F" w:rsidRDefault="00F5374A" w:rsidP="0016501E">
            <w:pPr>
              <w:ind w:left="412"/>
              <w:jc w:val="center"/>
            </w:pPr>
            <w:r>
              <w:rPr>
                <w:noProof/>
              </w:rPr>
              <w:drawing>
                <wp:inline distT="0" distB="0" distL="0" distR="0" wp14:anchorId="0B35CFC4" wp14:editId="688EDC60">
                  <wp:extent cx="1257300" cy="1257300"/>
                  <wp:effectExtent l="0" t="0" r="0" b="0"/>
                  <wp:docPr id="15633017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30172" name="Immagine 156330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</w:tcPr>
          <w:p w14:paraId="7E412D42" w14:textId="3DBF60D8" w:rsidR="003B5B3F" w:rsidRDefault="003B5B3F">
            <w:pPr>
              <w:jc w:val="center"/>
            </w:pPr>
          </w:p>
        </w:tc>
      </w:tr>
    </w:tbl>
    <w:p w14:paraId="17E10A63" w14:textId="2B81CBB5" w:rsidR="0016501E" w:rsidRDefault="0016501E" w:rsidP="0016501E">
      <w:pPr>
        <w:jc w:val="center"/>
        <w:rPr>
          <w:b/>
          <w:bCs/>
        </w:rPr>
      </w:pPr>
      <w:r>
        <w:rPr>
          <w:b/>
          <w:sz w:val="30"/>
        </w:rPr>
        <w:t xml:space="preserve">COMUNE DI </w:t>
      </w:r>
      <w:r w:rsidR="00F5374A">
        <w:rPr>
          <w:b/>
          <w:sz w:val="30"/>
        </w:rPr>
        <w:t>LOIRI PORTO SAN PAOLO</w:t>
      </w:r>
      <w:r>
        <w:br/>
        <w:t>Provincia della Gallura Nord-Est Sardegna</w:t>
      </w:r>
    </w:p>
    <w:p w14:paraId="28DBB3E5" w14:textId="08ABD830" w:rsidR="003B5B3F" w:rsidRDefault="00000000" w:rsidP="0016501E">
      <w:pPr>
        <w:jc w:val="right"/>
        <w:rPr>
          <w:b/>
          <w:bCs/>
        </w:rPr>
      </w:pPr>
      <w:r w:rsidRPr="0016501E">
        <w:rPr>
          <w:b/>
          <w:bCs/>
        </w:rPr>
        <w:t xml:space="preserve">Al </w:t>
      </w:r>
      <w:r w:rsidR="0016501E">
        <w:rPr>
          <w:b/>
          <w:bCs/>
        </w:rPr>
        <w:t xml:space="preserve">Sindaco </w:t>
      </w:r>
      <w:r w:rsidRPr="0016501E">
        <w:rPr>
          <w:b/>
          <w:bCs/>
        </w:rPr>
        <w:br/>
        <w:t xml:space="preserve">del </w:t>
      </w:r>
      <w:proofErr w:type="spellStart"/>
      <w:r w:rsidRPr="0016501E">
        <w:rPr>
          <w:b/>
          <w:bCs/>
        </w:rPr>
        <w:t>Comune</w:t>
      </w:r>
      <w:proofErr w:type="spellEnd"/>
      <w:r w:rsidRPr="0016501E">
        <w:rPr>
          <w:b/>
          <w:bCs/>
        </w:rPr>
        <w:t xml:space="preserve"> di </w:t>
      </w:r>
      <w:proofErr w:type="spellStart"/>
      <w:r w:rsidR="00F5374A">
        <w:rPr>
          <w:b/>
          <w:bCs/>
        </w:rPr>
        <w:t>Loiri</w:t>
      </w:r>
      <w:proofErr w:type="spellEnd"/>
      <w:r w:rsidR="00F5374A">
        <w:rPr>
          <w:b/>
          <w:bCs/>
        </w:rPr>
        <w:t xml:space="preserve"> Porto San Paolo</w:t>
      </w:r>
    </w:p>
    <w:p w14:paraId="58CDEC3C" w14:textId="6FC847A3" w:rsidR="00F5374A" w:rsidRPr="0016501E" w:rsidRDefault="00F5374A" w:rsidP="0016501E">
      <w:pPr>
        <w:jc w:val="right"/>
        <w:rPr>
          <w:b/>
          <w:bCs/>
        </w:rPr>
      </w:pPr>
      <w:r>
        <w:rPr>
          <w:b/>
          <w:bCs/>
        </w:rPr>
        <w:t xml:space="preserve">E </w:t>
      </w:r>
      <w:proofErr w:type="spellStart"/>
      <w:r>
        <w:rPr>
          <w:b/>
          <w:bCs/>
        </w:rPr>
        <w:t>Ufficio</w:t>
      </w:r>
      <w:proofErr w:type="spellEnd"/>
      <w:r>
        <w:rPr>
          <w:b/>
          <w:bCs/>
        </w:rPr>
        <w:t xml:space="preserve"> urbanistica</w:t>
      </w:r>
    </w:p>
    <w:p w14:paraId="4F195B7C" w14:textId="77777777" w:rsidR="0016501E" w:rsidRDefault="0016501E">
      <w:pPr>
        <w:jc w:val="center"/>
        <w:rPr>
          <w:b/>
        </w:rPr>
      </w:pPr>
    </w:p>
    <w:p w14:paraId="0F911124" w14:textId="5FB57369" w:rsidR="003B5B3F" w:rsidRDefault="00000000">
      <w:pPr>
        <w:jc w:val="center"/>
      </w:pPr>
      <w:proofErr w:type="spellStart"/>
      <w:r>
        <w:rPr>
          <w:b/>
        </w:rPr>
        <w:t>Ricognizione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immobili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abbandonati</w:t>
      </w:r>
      <w:proofErr w:type="spellEnd"/>
      <w:r>
        <w:rPr>
          <w:b/>
        </w:rPr>
        <w:t xml:space="preserve"> – Edilizia sociale – Piano Casa</w:t>
      </w:r>
    </w:p>
    <w:p w14:paraId="4B4B475A" w14:textId="77777777" w:rsidR="003B5B3F" w:rsidRDefault="00000000">
      <w:pPr>
        <w:jc w:val="center"/>
      </w:pPr>
      <w:r>
        <w:rPr>
          <w:b/>
          <w:sz w:val="26"/>
        </w:rPr>
        <w:t>MODULO DI DICHIARAZIONE E MANIFESTAZIONE DI INTERESSE</w:t>
      </w:r>
    </w:p>
    <w:p w14:paraId="21FD2728" w14:textId="3DFEAACB" w:rsidR="003B5B3F" w:rsidRDefault="00000000" w:rsidP="0016501E">
      <w:pPr>
        <w:jc w:val="both"/>
      </w:pPr>
      <w:r>
        <w:rPr>
          <w:sz w:val="18"/>
        </w:rPr>
        <w:t xml:space="preserve">Ai fini della ricognizione degli immobili suscettibili di riuso, recupero o destinazione a </w:t>
      </w:r>
      <w:proofErr w:type="spellStart"/>
      <w:r>
        <w:rPr>
          <w:sz w:val="18"/>
        </w:rPr>
        <w:t>progetti</w:t>
      </w:r>
      <w:proofErr w:type="spellEnd"/>
      <w:r>
        <w:rPr>
          <w:sz w:val="18"/>
        </w:rPr>
        <w:t xml:space="preserve"> di </w:t>
      </w:r>
      <w:proofErr w:type="spellStart"/>
      <w:r>
        <w:rPr>
          <w:sz w:val="18"/>
        </w:rPr>
        <w:t>edilizia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residenziale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pubblica</w:t>
      </w:r>
      <w:proofErr w:type="spellEnd"/>
      <w:r>
        <w:rPr>
          <w:sz w:val="18"/>
        </w:rPr>
        <w:t xml:space="preserve"> e </w:t>
      </w:r>
      <w:proofErr w:type="spellStart"/>
      <w:r>
        <w:rPr>
          <w:sz w:val="18"/>
        </w:rPr>
        <w:t>sociale</w:t>
      </w:r>
      <w:proofErr w:type="spellEnd"/>
      <w:r w:rsidR="0016501E">
        <w:rPr>
          <w:sz w:val="18"/>
        </w:rPr>
        <w:t>.</w:t>
      </w:r>
    </w:p>
    <w:p w14:paraId="33D87A54" w14:textId="77777777" w:rsidR="0016501E" w:rsidRDefault="0016501E" w:rsidP="0016501E">
      <w:pPr>
        <w:jc w:val="both"/>
      </w:pPr>
    </w:p>
    <w:p w14:paraId="07D3ECBF" w14:textId="71F735D1" w:rsidR="003B5B3F" w:rsidRDefault="00000000" w:rsidP="0016501E">
      <w:pPr>
        <w:jc w:val="both"/>
      </w:pPr>
      <w:r>
        <w:t xml:space="preserve">Il/La </w:t>
      </w:r>
      <w:proofErr w:type="spellStart"/>
      <w:r>
        <w:t>sottoscritto</w:t>
      </w:r>
      <w:proofErr w:type="spellEnd"/>
      <w:r>
        <w:t>/a _______________________________________________________</w:t>
      </w:r>
    </w:p>
    <w:p w14:paraId="682E0C3D" w14:textId="77777777" w:rsidR="003B5B3F" w:rsidRDefault="00000000" w:rsidP="0016501E">
      <w:pPr>
        <w:jc w:val="both"/>
      </w:pPr>
      <w:r>
        <w:t>nato/a a _______________________________________________________</w:t>
      </w:r>
    </w:p>
    <w:p w14:paraId="49986A7C" w14:textId="77777777" w:rsidR="003B5B3F" w:rsidRDefault="00000000" w:rsidP="0016501E">
      <w:pPr>
        <w:jc w:val="both"/>
      </w:pPr>
      <w:r>
        <w:t>il _______________________________________________________</w:t>
      </w:r>
    </w:p>
    <w:p w14:paraId="7739E738" w14:textId="77777777" w:rsidR="003B5B3F" w:rsidRDefault="00000000" w:rsidP="0016501E">
      <w:pPr>
        <w:jc w:val="both"/>
      </w:pPr>
      <w:r>
        <w:t>C.F. _______________________________________________________</w:t>
      </w:r>
    </w:p>
    <w:p w14:paraId="036836D3" w14:textId="77777777" w:rsidR="003B5B3F" w:rsidRDefault="00000000" w:rsidP="0016501E">
      <w:pPr>
        <w:jc w:val="both"/>
      </w:pPr>
      <w:r>
        <w:t>residente in _______________________________________________________</w:t>
      </w:r>
    </w:p>
    <w:p w14:paraId="500BEA48" w14:textId="77777777" w:rsidR="003B5B3F" w:rsidRDefault="00000000" w:rsidP="0016501E">
      <w:pPr>
        <w:jc w:val="both"/>
      </w:pPr>
      <w:r>
        <w:t>CAP _______________________________________________________</w:t>
      </w:r>
    </w:p>
    <w:p w14:paraId="7427BDBF" w14:textId="77777777" w:rsidR="003B5B3F" w:rsidRDefault="00000000" w:rsidP="0016501E">
      <w:pPr>
        <w:jc w:val="both"/>
      </w:pPr>
      <w:r>
        <w:t>Via/Piazza _______________________________________________________</w:t>
      </w:r>
    </w:p>
    <w:p w14:paraId="33A73050" w14:textId="77777777" w:rsidR="003B5B3F" w:rsidRDefault="00000000" w:rsidP="0016501E">
      <w:pPr>
        <w:jc w:val="both"/>
      </w:pPr>
      <w:r>
        <w:t>n. _______________________________________________________</w:t>
      </w:r>
    </w:p>
    <w:p w14:paraId="2FF54481" w14:textId="77777777" w:rsidR="003B5B3F" w:rsidRDefault="00000000" w:rsidP="0016501E">
      <w:pPr>
        <w:jc w:val="both"/>
      </w:pPr>
      <w:r>
        <w:t>Tel. _______________________________________________________</w:t>
      </w:r>
    </w:p>
    <w:p w14:paraId="6F51E1BA" w14:textId="77777777" w:rsidR="003B5B3F" w:rsidRDefault="00000000" w:rsidP="0016501E">
      <w:pPr>
        <w:jc w:val="both"/>
      </w:pPr>
      <w:r>
        <w:t>E-mail _______________________________________________________</w:t>
      </w:r>
    </w:p>
    <w:p w14:paraId="334D86BF" w14:textId="77777777" w:rsidR="003B5B3F" w:rsidRDefault="00000000" w:rsidP="0016501E">
      <w:pPr>
        <w:jc w:val="both"/>
      </w:pPr>
      <w:r>
        <w:t>PEC _______________________________________________________</w:t>
      </w:r>
    </w:p>
    <w:p w14:paraId="40370FB3" w14:textId="77777777" w:rsidR="003B5B3F" w:rsidRDefault="00000000" w:rsidP="0016501E">
      <w:pPr>
        <w:jc w:val="both"/>
      </w:pPr>
      <w:r>
        <w:rPr>
          <w:b/>
        </w:rPr>
        <w:t>in qualità di:</w:t>
      </w:r>
    </w:p>
    <w:p w14:paraId="1B62165A" w14:textId="77777777" w:rsidR="003B5B3F" w:rsidRDefault="00000000" w:rsidP="0016501E">
      <w:pPr>
        <w:jc w:val="both"/>
      </w:pPr>
      <w:r>
        <w:t>☐ proprietario unico</w:t>
      </w:r>
    </w:p>
    <w:p w14:paraId="1D0049BF" w14:textId="77777777" w:rsidR="003B5B3F" w:rsidRDefault="00000000" w:rsidP="0016501E">
      <w:pPr>
        <w:jc w:val="both"/>
      </w:pPr>
      <w:r>
        <w:t>☐ comproprietario</w:t>
      </w:r>
    </w:p>
    <w:p w14:paraId="2F19F011" w14:textId="77777777" w:rsidR="003B5B3F" w:rsidRDefault="00000000" w:rsidP="0016501E">
      <w:pPr>
        <w:jc w:val="both"/>
      </w:pPr>
      <w:r>
        <w:t>☐ titolare di altro diritto reale (specificare) __________________________</w:t>
      </w:r>
    </w:p>
    <w:p w14:paraId="111B8130" w14:textId="77777777" w:rsidR="003B5B3F" w:rsidRDefault="00000000" w:rsidP="0016501E">
      <w:pPr>
        <w:jc w:val="both"/>
      </w:pPr>
      <w:r>
        <w:t>☐ legale rappresentante della società/ente __________________________</w:t>
      </w:r>
    </w:p>
    <w:p w14:paraId="6737CD13" w14:textId="77777777" w:rsidR="003B5B3F" w:rsidRDefault="00000000" w:rsidP="0016501E">
      <w:pPr>
        <w:jc w:val="both"/>
      </w:pPr>
      <w:r>
        <w:t>con sede in _______________________________________________________</w:t>
      </w:r>
    </w:p>
    <w:p w14:paraId="62C34C69" w14:textId="77777777" w:rsidR="003B5B3F" w:rsidRDefault="00000000" w:rsidP="0016501E">
      <w:pPr>
        <w:jc w:val="both"/>
      </w:pPr>
      <w:r>
        <w:t>C.F./P.IVA _______________________________________________________</w:t>
      </w:r>
    </w:p>
    <w:p w14:paraId="7957314E" w14:textId="3CA8D788" w:rsidR="003B5B3F" w:rsidRDefault="00000000" w:rsidP="0016501E">
      <w:pPr>
        <w:jc w:val="both"/>
      </w:pPr>
      <w:r>
        <w:t xml:space="preserve">in relazione all’immobile/gli immobili ubicati nel territorio del </w:t>
      </w:r>
      <w:proofErr w:type="spellStart"/>
      <w:r>
        <w:t>Comune</w:t>
      </w:r>
      <w:proofErr w:type="spellEnd"/>
      <w:r>
        <w:t xml:space="preserve"> di </w:t>
      </w:r>
      <w:proofErr w:type="spellStart"/>
      <w:r w:rsidR="00F5374A">
        <w:t>Loiri</w:t>
      </w:r>
      <w:proofErr w:type="spellEnd"/>
      <w:r w:rsidR="00F5374A">
        <w:t xml:space="preserve"> Porto San Paolo</w:t>
      </w:r>
      <w:r>
        <w:t>,</w:t>
      </w:r>
    </w:p>
    <w:p w14:paraId="46134821" w14:textId="77777777" w:rsidR="0016501E" w:rsidRDefault="0016501E" w:rsidP="0016501E">
      <w:pPr>
        <w:jc w:val="both"/>
        <w:rPr>
          <w:b/>
          <w:sz w:val="22"/>
        </w:rPr>
      </w:pPr>
    </w:p>
    <w:p w14:paraId="210B8363" w14:textId="667F8B63" w:rsidR="003B5B3F" w:rsidRDefault="00000000" w:rsidP="0016501E">
      <w:pPr>
        <w:jc w:val="both"/>
      </w:pPr>
      <w:r>
        <w:rPr>
          <w:b/>
          <w:sz w:val="22"/>
        </w:rPr>
        <w:t>DICHIARA</w:t>
      </w:r>
    </w:p>
    <w:p w14:paraId="51BC1ECB" w14:textId="77777777" w:rsidR="003B5B3F" w:rsidRDefault="00000000" w:rsidP="0016501E">
      <w:pPr>
        <w:jc w:val="both"/>
      </w:pPr>
      <w:r>
        <w:t xml:space="preserve">ai sensi degli articoli 46 e 47 del D.P.R. 28 dicembre 2000, n. 445, consapevole delle responsabilità e delle sanzioni previste dagli articoli 75 e 76 del medesimo decreto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dichiarazioni</w:t>
      </w:r>
      <w:proofErr w:type="spellEnd"/>
      <w:r>
        <w:t xml:space="preserve"> non </w:t>
      </w:r>
      <w:proofErr w:type="spellStart"/>
      <w:r>
        <w:t>veritiere</w:t>
      </w:r>
      <w:proofErr w:type="spellEnd"/>
      <w:r>
        <w:t>,</w:t>
      </w:r>
    </w:p>
    <w:p w14:paraId="6B278754" w14:textId="77777777" w:rsidR="0016501E" w:rsidRDefault="0016501E" w:rsidP="0016501E">
      <w:pPr>
        <w:jc w:val="both"/>
      </w:pPr>
    </w:p>
    <w:p w14:paraId="38F62392" w14:textId="77777777" w:rsidR="003B5B3F" w:rsidRDefault="00000000" w:rsidP="0016501E">
      <w:pPr>
        <w:jc w:val="both"/>
      </w:pPr>
      <w:r>
        <w:rPr>
          <w:b/>
          <w:sz w:val="22"/>
        </w:rPr>
        <w:t>1. DATI DELL’IMMOBILE</w:t>
      </w:r>
    </w:p>
    <w:p w14:paraId="55BF5900" w14:textId="77777777" w:rsidR="003B5B3F" w:rsidRDefault="00000000" w:rsidP="0016501E">
      <w:pPr>
        <w:jc w:val="both"/>
      </w:pPr>
      <w:r>
        <w:t>Numero degli immobili/unità immobiliari oggetto della dichiarazione: _______________________________________________________</w:t>
      </w:r>
    </w:p>
    <w:p w14:paraId="28C64159" w14:textId="77777777" w:rsidR="003B5B3F" w:rsidRDefault="00000000" w:rsidP="0016501E">
      <w:pPr>
        <w:jc w:val="both"/>
      </w:pPr>
      <w:r>
        <w:lastRenderedPageBreak/>
        <w:t>Via/Piazza _______________________________________________________</w:t>
      </w:r>
    </w:p>
    <w:p w14:paraId="58C5BFD5" w14:textId="77777777" w:rsidR="003B5B3F" w:rsidRDefault="00000000" w:rsidP="0016501E">
      <w:pPr>
        <w:jc w:val="both"/>
      </w:pPr>
      <w:r>
        <w:t>n. _______________________________________________________</w:t>
      </w:r>
    </w:p>
    <w:p w14:paraId="355D39AD" w14:textId="77777777" w:rsidR="003B5B3F" w:rsidRDefault="00000000" w:rsidP="0016501E">
      <w:pPr>
        <w:jc w:val="both"/>
      </w:pPr>
      <w:r>
        <w:t>Località/Frazione _______________________________________________________</w:t>
      </w:r>
    </w:p>
    <w:p w14:paraId="547A7FE2" w14:textId="77777777" w:rsidR="003B5B3F" w:rsidRDefault="00000000" w:rsidP="0016501E">
      <w:pPr>
        <w:jc w:val="both"/>
      </w:pPr>
      <w:r>
        <w:t>CAP _______________________________________________________</w:t>
      </w:r>
    </w:p>
    <w:p w14:paraId="7A88D95D" w14:textId="77777777" w:rsidR="003B5B3F" w:rsidRDefault="00000000" w:rsidP="0016501E">
      <w:pPr>
        <w:jc w:val="both"/>
      </w:pPr>
      <w:r>
        <w:rPr>
          <w:b/>
        </w:rPr>
        <w:t>Dati catastali:</w:t>
      </w:r>
    </w:p>
    <w:p w14:paraId="6F07C3F0" w14:textId="77777777" w:rsidR="003B5B3F" w:rsidRDefault="00000000" w:rsidP="0016501E">
      <w:pPr>
        <w:jc w:val="both"/>
      </w:pPr>
      <w:r>
        <w:t>Comune catastale _______________________________________________________</w:t>
      </w:r>
    </w:p>
    <w:p w14:paraId="17F4B178" w14:textId="77777777" w:rsidR="003B5B3F" w:rsidRDefault="00000000" w:rsidP="0016501E">
      <w:pPr>
        <w:jc w:val="both"/>
      </w:pPr>
      <w:r>
        <w:t>Foglio __________   Particella __________   Subalterno __________</w:t>
      </w:r>
    </w:p>
    <w:p w14:paraId="214915FF" w14:textId="77777777" w:rsidR="003B5B3F" w:rsidRDefault="00000000" w:rsidP="0016501E">
      <w:pPr>
        <w:jc w:val="both"/>
      </w:pPr>
      <w:r>
        <w:t>Ulteriori dati catastali _______________________________________________________</w:t>
      </w:r>
    </w:p>
    <w:p w14:paraId="0F1C31AA" w14:textId="77777777" w:rsidR="0016501E" w:rsidRDefault="0016501E" w:rsidP="0016501E">
      <w:pPr>
        <w:jc w:val="both"/>
        <w:rPr>
          <w:b/>
          <w:sz w:val="22"/>
        </w:rPr>
      </w:pPr>
    </w:p>
    <w:p w14:paraId="0BDDA378" w14:textId="6CC2FACB" w:rsidR="003B5B3F" w:rsidRDefault="00000000" w:rsidP="0016501E">
      <w:pPr>
        <w:jc w:val="both"/>
      </w:pPr>
      <w:r>
        <w:rPr>
          <w:b/>
          <w:sz w:val="22"/>
        </w:rPr>
        <w:t>2. TITOLARITÀ DELL’IMMOBILE</w:t>
      </w:r>
    </w:p>
    <w:p w14:paraId="50D4DF2D" w14:textId="77777777" w:rsidR="003B5B3F" w:rsidRDefault="00000000" w:rsidP="0016501E">
      <w:pPr>
        <w:jc w:val="both"/>
      </w:pPr>
      <w:r>
        <w:t>Il/La sottoscritto/a dichiara di essere:</w:t>
      </w:r>
    </w:p>
    <w:p w14:paraId="11829E1D" w14:textId="77777777" w:rsidR="003B5B3F" w:rsidRDefault="00000000" w:rsidP="0016501E">
      <w:pPr>
        <w:jc w:val="both"/>
      </w:pPr>
      <w:r>
        <w:t>☐ proprietario/a dell’immobile</w:t>
      </w:r>
    </w:p>
    <w:p w14:paraId="5AF86D10" w14:textId="77777777" w:rsidR="003B5B3F" w:rsidRDefault="00000000" w:rsidP="0016501E">
      <w:pPr>
        <w:jc w:val="both"/>
      </w:pPr>
      <w:r>
        <w:t>☐ comproprietario/a dell’immobile</w:t>
      </w:r>
    </w:p>
    <w:p w14:paraId="077CF74D" w14:textId="77777777" w:rsidR="003B5B3F" w:rsidRDefault="00000000" w:rsidP="0016501E">
      <w:pPr>
        <w:jc w:val="both"/>
      </w:pPr>
      <w:r>
        <w:t>☐ titolare del seguente diritto reale: ______________________________</w:t>
      </w:r>
    </w:p>
    <w:p w14:paraId="6027FB72" w14:textId="77777777" w:rsidR="003B5B3F" w:rsidRDefault="00000000" w:rsidP="0016501E">
      <w:pPr>
        <w:jc w:val="both"/>
      </w:pPr>
      <w:r>
        <w:t>Generalità degli eventuali altri proprietari/comproprietari:</w:t>
      </w:r>
    </w:p>
    <w:p w14:paraId="78E62046" w14:textId="77777777" w:rsidR="003B5B3F" w:rsidRDefault="00000000" w:rsidP="0016501E">
      <w:pPr>
        <w:jc w:val="both"/>
      </w:pPr>
      <w:r>
        <w:t>1. _______________________________________________________</w:t>
      </w:r>
    </w:p>
    <w:p w14:paraId="2F7111CB" w14:textId="77777777" w:rsidR="003B5B3F" w:rsidRDefault="00000000" w:rsidP="0016501E">
      <w:pPr>
        <w:jc w:val="both"/>
      </w:pPr>
      <w:r>
        <w:t>2. _______________________________________________________</w:t>
      </w:r>
    </w:p>
    <w:p w14:paraId="1FC47609" w14:textId="77777777" w:rsidR="003B5B3F" w:rsidRDefault="00000000" w:rsidP="0016501E">
      <w:pPr>
        <w:jc w:val="both"/>
      </w:pPr>
      <w:r>
        <w:t>3. _______________________________________________________</w:t>
      </w:r>
    </w:p>
    <w:p w14:paraId="4EF0F037" w14:textId="77777777" w:rsidR="003B5B3F" w:rsidRDefault="00000000" w:rsidP="0016501E">
      <w:pPr>
        <w:jc w:val="both"/>
      </w:pPr>
      <w:r>
        <w:t>4. _______________________________________________________</w:t>
      </w:r>
    </w:p>
    <w:p w14:paraId="5EF1A178" w14:textId="77777777" w:rsidR="0016501E" w:rsidRDefault="0016501E" w:rsidP="0016501E">
      <w:pPr>
        <w:jc w:val="both"/>
        <w:rPr>
          <w:b/>
          <w:sz w:val="22"/>
        </w:rPr>
      </w:pPr>
    </w:p>
    <w:p w14:paraId="0C3C499F" w14:textId="47A9FA3C" w:rsidR="003B5B3F" w:rsidRDefault="00000000" w:rsidP="0016501E">
      <w:pPr>
        <w:jc w:val="both"/>
      </w:pPr>
      <w:r>
        <w:rPr>
          <w:b/>
          <w:sz w:val="22"/>
        </w:rPr>
        <w:t>3. SUPERFICI</w:t>
      </w:r>
    </w:p>
    <w:p w14:paraId="7FE111DA" w14:textId="77777777" w:rsidR="003B5B3F" w:rsidRDefault="00000000" w:rsidP="0016501E">
      <w:pPr>
        <w:jc w:val="both"/>
      </w:pPr>
      <w:r>
        <w:t>Superficie coperta (mq): _______________________________________________________</w:t>
      </w:r>
    </w:p>
    <w:p w14:paraId="7876E821" w14:textId="77777777" w:rsidR="003B5B3F" w:rsidRDefault="00000000" w:rsidP="0016501E">
      <w:pPr>
        <w:jc w:val="both"/>
      </w:pPr>
      <w:r>
        <w:t>Superficie scoperta (mq): _______________________________________________________</w:t>
      </w:r>
    </w:p>
    <w:p w14:paraId="04B437A6" w14:textId="77777777" w:rsidR="003B5B3F" w:rsidRDefault="00000000" w:rsidP="0016501E">
      <w:pPr>
        <w:jc w:val="both"/>
      </w:pPr>
      <w:r>
        <w:t>Superficie complessiva dell’area (mq): _______________________________________________________</w:t>
      </w:r>
    </w:p>
    <w:p w14:paraId="1771FEC6" w14:textId="77777777" w:rsidR="0016501E" w:rsidRDefault="0016501E" w:rsidP="0016501E">
      <w:pPr>
        <w:jc w:val="both"/>
        <w:rPr>
          <w:b/>
          <w:sz w:val="22"/>
        </w:rPr>
      </w:pPr>
    </w:p>
    <w:p w14:paraId="10C77FF3" w14:textId="76CC51FB" w:rsidR="003B5B3F" w:rsidRDefault="00000000" w:rsidP="0016501E">
      <w:pPr>
        <w:jc w:val="both"/>
      </w:pPr>
      <w:r>
        <w:rPr>
          <w:b/>
          <w:sz w:val="22"/>
        </w:rPr>
        <w:t>4. DESTINAZIONE D’USO ATTUALE</w:t>
      </w:r>
    </w:p>
    <w:p w14:paraId="508439EF" w14:textId="77777777" w:rsidR="003B5B3F" w:rsidRDefault="00000000" w:rsidP="0016501E">
      <w:pPr>
        <w:jc w:val="both"/>
      </w:pPr>
      <w:r>
        <w:t>☐ residenziale</w:t>
      </w:r>
    </w:p>
    <w:p w14:paraId="7BAF698D" w14:textId="77777777" w:rsidR="003B5B3F" w:rsidRDefault="00000000" w:rsidP="0016501E">
      <w:pPr>
        <w:jc w:val="both"/>
      </w:pPr>
      <w:r>
        <w:t>☐ commerciale</w:t>
      </w:r>
    </w:p>
    <w:p w14:paraId="13713D5D" w14:textId="77777777" w:rsidR="003B5B3F" w:rsidRDefault="00000000" w:rsidP="0016501E">
      <w:pPr>
        <w:jc w:val="both"/>
      </w:pPr>
      <w:r>
        <w:t>☐ direzionale</w:t>
      </w:r>
    </w:p>
    <w:p w14:paraId="7A4BC511" w14:textId="77777777" w:rsidR="003B5B3F" w:rsidRDefault="00000000" w:rsidP="0016501E">
      <w:pPr>
        <w:jc w:val="both"/>
      </w:pPr>
      <w:r>
        <w:t>☐ artigianale</w:t>
      </w:r>
    </w:p>
    <w:p w14:paraId="47D4046D" w14:textId="77777777" w:rsidR="003B5B3F" w:rsidRDefault="00000000" w:rsidP="0016501E">
      <w:pPr>
        <w:jc w:val="both"/>
      </w:pPr>
      <w:r>
        <w:t>☐ industriale</w:t>
      </w:r>
    </w:p>
    <w:p w14:paraId="2BBAAF21" w14:textId="77777777" w:rsidR="003B5B3F" w:rsidRDefault="00000000" w:rsidP="0016501E">
      <w:pPr>
        <w:jc w:val="both"/>
      </w:pPr>
      <w:r>
        <w:t>☐ turistico-ricettiva</w:t>
      </w:r>
    </w:p>
    <w:p w14:paraId="33DD3D30" w14:textId="77777777" w:rsidR="003B5B3F" w:rsidRDefault="00000000" w:rsidP="0016501E">
      <w:pPr>
        <w:jc w:val="both"/>
      </w:pPr>
      <w:r>
        <w:t>☐ agricola</w:t>
      </w:r>
    </w:p>
    <w:p w14:paraId="498116C1" w14:textId="77777777" w:rsidR="003B5B3F" w:rsidRDefault="00000000" w:rsidP="0016501E">
      <w:pPr>
        <w:jc w:val="both"/>
      </w:pPr>
      <w:r>
        <w:t>☐ deposito/magazzino</w:t>
      </w:r>
    </w:p>
    <w:p w14:paraId="7852CC6B" w14:textId="77777777" w:rsidR="003B5B3F" w:rsidRDefault="00000000" w:rsidP="0016501E">
      <w:pPr>
        <w:jc w:val="both"/>
      </w:pPr>
      <w:r>
        <w:t>☐ altra destinazione: ______________________________</w:t>
      </w:r>
    </w:p>
    <w:p w14:paraId="5A44AE8D" w14:textId="77777777" w:rsidR="0016501E" w:rsidRDefault="0016501E" w:rsidP="0016501E">
      <w:pPr>
        <w:jc w:val="both"/>
        <w:rPr>
          <w:b/>
          <w:sz w:val="22"/>
        </w:rPr>
      </w:pPr>
    </w:p>
    <w:p w14:paraId="1B790AB4" w14:textId="0B47BDB0" w:rsidR="003B5B3F" w:rsidRDefault="00000000" w:rsidP="0016501E">
      <w:pPr>
        <w:jc w:val="both"/>
      </w:pPr>
      <w:r>
        <w:rPr>
          <w:b/>
          <w:sz w:val="22"/>
        </w:rPr>
        <w:t>5. STATO DI UTILIZZO</w:t>
      </w:r>
    </w:p>
    <w:p w14:paraId="0D9C492D" w14:textId="77777777" w:rsidR="003B5B3F" w:rsidRDefault="00000000" w:rsidP="0016501E">
      <w:pPr>
        <w:jc w:val="both"/>
      </w:pPr>
      <w:r>
        <w:t>☐ completamente inutilizzato</w:t>
      </w:r>
    </w:p>
    <w:p w14:paraId="3FAFF626" w14:textId="77777777" w:rsidR="003B5B3F" w:rsidRDefault="00000000" w:rsidP="0016501E">
      <w:pPr>
        <w:jc w:val="both"/>
      </w:pPr>
      <w:r>
        <w:t>☐ parzialmente inutilizzato</w:t>
      </w:r>
    </w:p>
    <w:p w14:paraId="5C82EF7D" w14:textId="77777777" w:rsidR="003B5B3F" w:rsidRDefault="00000000" w:rsidP="0016501E">
      <w:pPr>
        <w:jc w:val="both"/>
      </w:pPr>
      <w:r>
        <w:t>☐ abbandonato</w:t>
      </w:r>
    </w:p>
    <w:p w14:paraId="262A6687" w14:textId="77777777" w:rsidR="003B5B3F" w:rsidRDefault="00000000" w:rsidP="0016501E">
      <w:pPr>
        <w:jc w:val="both"/>
      </w:pPr>
      <w:r>
        <w:t>☐ non utilizzabile</w:t>
      </w:r>
    </w:p>
    <w:p w14:paraId="43AC13E5" w14:textId="77777777" w:rsidR="003B5B3F" w:rsidRDefault="00000000" w:rsidP="0016501E">
      <w:pPr>
        <w:jc w:val="both"/>
      </w:pPr>
      <w:r>
        <w:t>☐ utilizzato solo parzialmente</w:t>
      </w:r>
    </w:p>
    <w:p w14:paraId="3B8423A4" w14:textId="77777777" w:rsidR="003B5B3F" w:rsidRDefault="00000000" w:rsidP="0016501E">
      <w:pPr>
        <w:jc w:val="both"/>
      </w:pPr>
      <w:r>
        <w:t>☐ altro: ______________________________</w:t>
      </w:r>
    </w:p>
    <w:p w14:paraId="5758102F" w14:textId="77777777" w:rsidR="003B5B3F" w:rsidRDefault="00000000" w:rsidP="0016501E">
      <w:pPr>
        <w:jc w:val="both"/>
      </w:pPr>
      <w:r>
        <w:lastRenderedPageBreak/>
        <w:t>Da quanto tempo l’immobile risulta inutilizzato/abbandonato? _______________________________________________________</w:t>
      </w:r>
    </w:p>
    <w:p w14:paraId="691A3853" w14:textId="77777777" w:rsidR="0016501E" w:rsidRDefault="0016501E" w:rsidP="0016501E">
      <w:pPr>
        <w:jc w:val="both"/>
        <w:rPr>
          <w:b/>
          <w:sz w:val="22"/>
        </w:rPr>
      </w:pPr>
    </w:p>
    <w:p w14:paraId="6871D175" w14:textId="17E9381C" w:rsidR="003B5B3F" w:rsidRDefault="00000000" w:rsidP="0016501E">
      <w:pPr>
        <w:jc w:val="both"/>
      </w:pPr>
      <w:r>
        <w:rPr>
          <w:b/>
          <w:sz w:val="22"/>
        </w:rPr>
        <w:t>6. STATO DI CONSERVAZIONE</w:t>
      </w:r>
    </w:p>
    <w:p w14:paraId="717D7567" w14:textId="77777777" w:rsidR="003B5B3F" w:rsidRDefault="00000000" w:rsidP="0016501E">
      <w:pPr>
        <w:jc w:val="both"/>
      </w:pPr>
      <w:r>
        <w:t>☐ buono</w:t>
      </w:r>
    </w:p>
    <w:p w14:paraId="750DF2F1" w14:textId="77777777" w:rsidR="003B5B3F" w:rsidRDefault="00000000" w:rsidP="0016501E">
      <w:pPr>
        <w:jc w:val="both"/>
      </w:pPr>
      <w:r>
        <w:t>☐ discreto</w:t>
      </w:r>
    </w:p>
    <w:p w14:paraId="332DF193" w14:textId="77777777" w:rsidR="003B5B3F" w:rsidRDefault="00000000" w:rsidP="0016501E">
      <w:pPr>
        <w:jc w:val="both"/>
      </w:pPr>
      <w:r>
        <w:t>☐ mediocre</w:t>
      </w:r>
    </w:p>
    <w:p w14:paraId="04996F25" w14:textId="77777777" w:rsidR="003B5B3F" w:rsidRDefault="00000000" w:rsidP="0016501E">
      <w:pPr>
        <w:jc w:val="both"/>
      </w:pPr>
      <w:r>
        <w:t>☐ cattivo</w:t>
      </w:r>
    </w:p>
    <w:p w14:paraId="0D4990A6" w14:textId="77777777" w:rsidR="003B5B3F" w:rsidRDefault="00000000" w:rsidP="0016501E">
      <w:pPr>
        <w:jc w:val="both"/>
      </w:pPr>
      <w:r>
        <w:t>☐ pessimo</w:t>
      </w:r>
    </w:p>
    <w:p w14:paraId="5A3ED83D" w14:textId="77777777" w:rsidR="003B5B3F" w:rsidRDefault="00000000" w:rsidP="0016501E">
      <w:pPr>
        <w:jc w:val="both"/>
      </w:pPr>
      <w:r>
        <w:t>☐ gravemente degradato</w:t>
      </w:r>
    </w:p>
    <w:p w14:paraId="624523F9" w14:textId="77777777" w:rsidR="0016501E" w:rsidRDefault="0016501E" w:rsidP="0016501E">
      <w:pPr>
        <w:jc w:val="both"/>
        <w:rPr>
          <w:b/>
          <w:sz w:val="22"/>
        </w:rPr>
      </w:pPr>
    </w:p>
    <w:p w14:paraId="37FA953F" w14:textId="2DEFC429" w:rsidR="003B5B3F" w:rsidRDefault="00000000" w:rsidP="0016501E">
      <w:pPr>
        <w:jc w:val="both"/>
      </w:pPr>
      <w:r>
        <w:rPr>
          <w:b/>
          <w:sz w:val="22"/>
        </w:rPr>
        <w:t>7. NECESSITÀ DI INTERVENTO</w:t>
      </w:r>
    </w:p>
    <w:p w14:paraId="233C59BF" w14:textId="77777777" w:rsidR="003B5B3F" w:rsidRDefault="00000000" w:rsidP="0016501E">
      <w:pPr>
        <w:jc w:val="both"/>
      </w:pPr>
      <w:r>
        <w:t>☐ è suscettibile di recupero/riqualificazione</w:t>
      </w:r>
    </w:p>
    <w:p w14:paraId="5D4BAF47" w14:textId="77777777" w:rsidR="003B5B3F" w:rsidRDefault="00000000" w:rsidP="0016501E">
      <w:pPr>
        <w:jc w:val="both"/>
      </w:pPr>
      <w:r>
        <w:t>☐ è suscettibile di ristrutturazione</w:t>
      </w:r>
    </w:p>
    <w:p w14:paraId="3B902E28" w14:textId="77777777" w:rsidR="003B5B3F" w:rsidRDefault="00000000" w:rsidP="0016501E">
      <w:pPr>
        <w:jc w:val="both"/>
      </w:pPr>
      <w:r>
        <w:t>☐ è suscettibile di rifunzionalizzazione</w:t>
      </w:r>
    </w:p>
    <w:p w14:paraId="25477592" w14:textId="77777777" w:rsidR="003B5B3F" w:rsidRDefault="00000000" w:rsidP="0016501E">
      <w:pPr>
        <w:jc w:val="both"/>
      </w:pPr>
      <w:r>
        <w:t>☐ necessita di interventi di rilevante entità</w:t>
      </w:r>
    </w:p>
    <w:p w14:paraId="41762EFE" w14:textId="77777777" w:rsidR="003B5B3F" w:rsidRDefault="00000000" w:rsidP="0016501E">
      <w:pPr>
        <w:jc w:val="both"/>
      </w:pPr>
      <w:r>
        <w:t>☐ risulta da demolire</w:t>
      </w:r>
    </w:p>
    <w:p w14:paraId="6DF58EA7" w14:textId="77777777" w:rsidR="003B5B3F" w:rsidRDefault="00000000" w:rsidP="0016501E">
      <w:pPr>
        <w:jc w:val="both"/>
      </w:pPr>
      <w:r>
        <w:t>☐ risulta suscettibile di demolizione e successiva ricostruzione</w:t>
      </w:r>
    </w:p>
    <w:p w14:paraId="006E8858" w14:textId="77777777" w:rsidR="003B5B3F" w:rsidRDefault="00000000" w:rsidP="0016501E">
      <w:pPr>
        <w:jc w:val="both"/>
      </w:pPr>
      <w:r>
        <w:t>☐ altro: ______________________________</w:t>
      </w:r>
    </w:p>
    <w:p w14:paraId="2B714C32" w14:textId="77777777" w:rsidR="003B5B3F" w:rsidRDefault="00000000" w:rsidP="0016501E">
      <w:pPr>
        <w:jc w:val="both"/>
      </w:pPr>
      <w:r>
        <w:t>Eventuali informazioni sullo stato dell’immobile e sugli interventi ritenuti necessari:</w:t>
      </w:r>
    </w:p>
    <w:p w14:paraId="3484E4CB" w14:textId="77777777" w:rsidR="003B5B3F" w:rsidRDefault="00000000" w:rsidP="0016501E">
      <w:pPr>
        <w:jc w:val="both"/>
      </w:pPr>
      <w:r>
        <w:t>_______________________________________________________</w:t>
      </w:r>
    </w:p>
    <w:p w14:paraId="694A21CA" w14:textId="77777777" w:rsidR="003B5B3F" w:rsidRDefault="00000000" w:rsidP="0016501E">
      <w:pPr>
        <w:jc w:val="both"/>
      </w:pPr>
      <w:r>
        <w:t>_______________________________________________________</w:t>
      </w:r>
    </w:p>
    <w:p w14:paraId="5BFF2300" w14:textId="77777777" w:rsidR="003B5B3F" w:rsidRDefault="00000000" w:rsidP="0016501E">
      <w:pPr>
        <w:jc w:val="both"/>
      </w:pPr>
      <w:r>
        <w:t>_______________________________________________________</w:t>
      </w:r>
    </w:p>
    <w:p w14:paraId="3EB2B206" w14:textId="77777777" w:rsidR="0016501E" w:rsidRDefault="0016501E" w:rsidP="0016501E">
      <w:pPr>
        <w:jc w:val="both"/>
        <w:rPr>
          <w:b/>
          <w:sz w:val="22"/>
        </w:rPr>
      </w:pPr>
    </w:p>
    <w:p w14:paraId="65EEACA3" w14:textId="1181E173" w:rsidR="003B5B3F" w:rsidRDefault="00000000" w:rsidP="0016501E">
      <w:pPr>
        <w:jc w:val="both"/>
      </w:pPr>
      <w:r>
        <w:rPr>
          <w:b/>
          <w:sz w:val="22"/>
        </w:rPr>
        <w:t>8. DISPONIBILITÀ AL RIUSO</w:t>
      </w:r>
    </w:p>
    <w:p w14:paraId="1061C9CD" w14:textId="77777777" w:rsidR="003B5B3F" w:rsidRDefault="00000000" w:rsidP="0016501E">
      <w:pPr>
        <w:jc w:val="both"/>
      </w:pPr>
      <w:r>
        <w:t>☐ è potenzialmente disponibile per interventi di riuso, recupero o rifunzionalizzazione;</w:t>
      </w:r>
    </w:p>
    <w:p w14:paraId="1287761F" w14:textId="77777777" w:rsidR="003B5B3F" w:rsidRDefault="00000000" w:rsidP="0016501E">
      <w:pPr>
        <w:jc w:val="both"/>
      </w:pPr>
      <w:r>
        <w:t>☐ è potenzialmente disponibile per essere destinato a interventi di edilizia residenziale pubblica e/o sociale;</w:t>
      </w:r>
    </w:p>
    <w:p w14:paraId="71CB4306" w14:textId="77777777" w:rsidR="003B5B3F" w:rsidRDefault="00000000" w:rsidP="0016501E">
      <w:pPr>
        <w:jc w:val="both"/>
      </w:pPr>
      <w:r>
        <w:t>☐ non è attualmente disponibile, ma il proprietario è interessato a ricevere informazioni in merito ad eventuali future iniziative pubbliche;</w:t>
      </w:r>
    </w:p>
    <w:p w14:paraId="1DD72D20" w14:textId="77777777" w:rsidR="003B5B3F" w:rsidRDefault="00000000" w:rsidP="0016501E">
      <w:pPr>
        <w:jc w:val="both"/>
      </w:pPr>
      <w:r>
        <w:t>☐ non è disponibile per le finalità sopra indicate.</w:t>
      </w:r>
    </w:p>
    <w:p w14:paraId="62EAE67C" w14:textId="77777777" w:rsidR="003B5B3F" w:rsidRDefault="00000000" w:rsidP="0016501E">
      <w:pPr>
        <w:jc w:val="both"/>
      </w:pPr>
      <w:r>
        <w:t>Eventuali precisazioni sulla disponibilità dell’immobile:</w:t>
      </w:r>
    </w:p>
    <w:p w14:paraId="68991649" w14:textId="77777777" w:rsidR="003B5B3F" w:rsidRDefault="00000000" w:rsidP="0016501E">
      <w:pPr>
        <w:jc w:val="both"/>
      </w:pPr>
      <w:r>
        <w:t>_______________________________________________________</w:t>
      </w:r>
    </w:p>
    <w:p w14:paraId="53F8D64B" w14:textId="77777777" w:rsidR="003B5B3F" w:rsidRDefault="00000000" w:rsidP="0016501E">
      <w:pPr>
        <w:jc w:val="both"/>
      </w:pPr>
      <w:r>
        <w:t>_______________________________________________________</w:t>
      </w:r>
    </w:p>
    <w:p w14:paraId="0C41EB0B" w14:textId="77777777" w:rsidR="003B5B3F" w:rsidRDefault="00000000" w:rsidP="0016501E">
      <w:pPr>
        <w:jc w:val="both"/>
      </w:pPr>
      <w:r>
        <w:t>_______________________________________________________</w:t>
      </w:r>
    </w:p>
    <w:p w14:paraId="57E2B8C5" w14:textId="77777777" w:rsidR="003B5B3F" w:rsidRDefault="00000000" w:rsidP="0016501E">
      <w:pPr>
        <w:jc w:val="both"/>
      </w:pPr>
      <w:r>
        <w:rPr>
          <w:b/>
          <w:sz w:val="22"/>
        </w:rPr>
        <w:t>9. EVENTUALE DISPONIBILITÀ A SUCCESSIVE INIZIATIVE</w:t>
      </w:r>
    </w:p>
    <w:p w14:paraId="2FD74B1D" w14:textId="77777777" w:rsidR="003B5B3F" w:rsidRDefault="00000000" w:rsidP="0016501E">
      <w:pPr>
        <w:jc w:val="both"/>
      </w:pPr>
      <w:r>
        <w:t>Ferma restando la natura esclusivamente ricognitiva della presente dichiarazione, il/la sottoscritto/a manifesta:</w:t>
      </w:r>
    </w:p>
    <w:p w14:paraId="71696070" w14:textId="77777777" w:rsidR="003B5B3F" w:rsidRDefault="00000000" w:rsidP="0016501E">
      <w:pPr>
        <w:jc w:val="both"/>
      </w:pPr>
      <w:r>
        <w:t>☐ interesse ad essere eventualmente contattato/a dal Comune/dalla Regione/dal Ministero in relazione a successive iniziative di recupero, riuso o valorizzazione dell’immobile;</w:t>
      </w:r>
    </w:p>
    <w:p w14:paraId="72A59EC6" w14:textId="77777777" w:rsidR="003B5B3F" w:rsidRDefault="00000000" w:rsidP="0016501E">
      <w:pPr>
        <w:jc w:val="both"/>
      </w:pPr>
      <w:r>
        <w:t>☐ interesse a valutare, in una successiva e distinta fase, eventuali forme di messa a disposizione dell’immobile per finalità di edilizia residenziale pubblica e/o sociale;</w:t>
      </w:r>
    </w:p>
    <w:p w14:paraId="56C8F5F5" w14:textId="77777777" w:rsidR="003B5B3F" w:rsidRDefault="00000000" w:rsidP="0016501E">
      <w:pPr>
        <w:jc w:val="both"/>
      </w:pPr>
      <w:r>
        <w:t>☐ nessun interesse ad essere contattato/a per successive iniziative.</w:t>
      </w:r>
    </w:p>
    <w:p w14:paraId="7690A4B9" w14:textId="77777777" w:rsidR="003B5B3F" w:rsidRDefault="00000000" w:rsidP="0016501E">
      <w:pPr>
        <w:jc w:val="both"/>
      </w:pPr>
      <w:r>
        <w:rPr>
          <w:b/>
          <w:sz w:val="22"/>
        </w:rPr>
        <w:t>10. ULTERIORI INFORMAZIONI</w:t>
      </w:r>
    </w:p>
    <w:p w14:paraId="260C3C8D" w14:textId="77777777" w:rsidR="003B5B3F" w:rsidRDefault="00000000" w:rsidP="0016501E">
      <w:pPr>
        <w:jc w:val="both"/>
      </w:pPr>
      <w:r>
        <w:t>Il/La dichiarante ritiene utile segnalare quanto segue:</w:t>
      </w:r>
    </w:p>
    <w:p w14:paraId="3E7BC411" w14:textId="77777777" w:rsidR="003B5B3F" w:rsidRDefault="00000000" w:rsidP="0016501E">
      <w:pPr>
        <w:jc w:val="both"/>
      </w:pPr>
      <w:r>
        <w:t>_______________________________________________________</w:t>
      </w:r>
    </w:p>
    <w:p w14:paraId="2D1D87A9" w14:textId="77777777" w:rsidR="003B5B3F" w:rsidRDefault="00000000" w:rsidP="0016501E">
      <w:pPr>
        <w:jc w:val="both"/>
      </w:pPr>
      <w:r>
        <w:lastRenderedPageBreak/>
        <w:t>_______________________________________________________</w:t>
      </w:r>
    </w:p>
    <w:p w14:paraId="60EA1CCF" w14:textId="77777777" w:rsidR="003B5B3F" w:rsidRDefault="00000000" w:rsidP="0016501E">
      <w:pPr>
        <w:jc w:val="both"/>
      </w:pPr>
      <w:r>
        <w:t>_______________________________________________________</w:t>
      </w:r>
    </w:p>
    <w:p w14:paraId="106016CE" w14:textId="77777777" w:rsidR="003B5B3F" w:rsidRDefault="00000000" w:rsidP="0016501E">
      <w:pPr>
        <w:jc w:val="both"/>
      </w:pPr>
      <w:r>
        <w:t>_______________________________________________________</w:t>
      </w:r>
    </w:p>
    <w:p w14:paraId="6DF6A27D" w14:textId="77777777" w:rsidR="0016501E" w:rsidRDefault="0016501E" w:rsidP="0016501E">
      <w:pPr>
        <w:jc w:val="both"/>
        <w:rPr>
          <w:b/>
          <w:sz w:val="22"/>
        </w:rPr>
      </w:pPr>
    </w:p>
    <w:p w14:paraId="51579C00" w14:textId="68646153" w:rsidR="003B5B3F" w:rsidRDefault="00000000" w:rsidP="0016501E">
      <w:pPr>
        <w:jc w:val="both"/>
      </w:pPr>
      <w:r>
        <w:rPr>
          <w:b/>
          <w:sz w:val="22"/>
        </w:rPr>
        <w:t>DICHIARAZIONE FINALE</w:t>
      </w:r>
    </w:p>
    <w:p w14:paraId="29088A90" w14:textId="13D4F078" w:rsidR="003B5B3F" w:rsidRDefault="00000000" w:rsidP="0016501E">
      <w:pPr>
        <w:jc w:val="both"/>
      </w:pPr>
      <w:r>
        <w:t xml:space="preserve">Il/La sottoscritto/a dichiara di essere consapevole che la presente dichiarazione viene acquisita dal </w:t>
      </w:r>
      <w:proofErr w:type="spellStart"/>
      <w:r>
        <w:t>Comune</w:t>
      </w:r>
      <w:proofErr w:type="spellEnd"/>
      <w:r>
        <w:t xml:space="preserve"> di </w:t>
      </w:r>
      <w:proofErr w:type="spellStart"/>
      <w:r w:rsidR="00F5374A">
        <w:t>Loiri</w:t>
      </w:r>
      <w:proofErr w:type="spellEnd"/>
      <w:r w:rsidR="00F5374A">
        <w:t xml:space="preserve"> Porto San Paolo</w:t>
      </w:r>
      <w:r>
        <w:t xml:space="preserve"> </w:t>
      </w:r>
      <w:proofErr w:type="spellStart"/>
      <w:r>
        <w:t>esclusivamente</w:t>
      </w:r>
      <w:proofErr w:type="spellEnd"/>
      <w:r>
        <w:t xml:space="preserve"> ai </w:t>
      </w:r>
      <w:proofErr w:type="spellStart"/>
      <w:r>
        <w:t>fini</w:t>
      </w:r>
      <w:proofErr w:type="spellEnd"/>
      <w:r>
        <w:t xml:space="preserve"> della ricognizione straordinaria del patrimonio immobiliare privato suscettibile di riuso, recupero o destinazione a progetti di edilizia residenziale pubblica e sociale, nell’ambito delle attività richieste dalla Regione Autonoma della Sardegna.</w:t>
      </w:r>
    </w:p>
    <w:p w14:paraId="47B872A1" w14:textId="77777777" w:rsidR="003B5B3F" w:rsidRDefault="00000000" w:rsidP="0016501E">
      <w:pPr>
        <w:jc w:val="both"/>
      </w:pPr>
      <w:r>
        <w:t>Dichiara altresì di essere consapevole che la presente manifestazione:</w:t>
      </w:r>
    </w:p>
    <w:p w14:paraId="0A126CCC" w14:textId="77777777" w:rsidR="003B5B3F" w:rsidRDefault="00000000" w:rsidP="0016501E">
      <w:pPr>
        <w:jc w:val="both"/>
      </w:pPr>
      <w:r>
        <w:t>• non costituisce proposta contrattuale;</w:t>
      </w:r>
    </w:p>
    <w:p w14:paraId="7FE48D92" w14:textId="77777777" w:rsidR="003B5B3F" w:rsidRDefault="00000000" w:rsidP="0016501E">
      <w:pPr>
        <w:jc w:val="both"/>
      </w:pPr>
      <w:r>
        <w:t>• non costituisce promessa di vendita o cessione dell’immobile;</w:t>
      </w:r>
    </w:p>
    <w:p w14:paraId="7E181478" w14:textId="77777777" w:rsidR="003B5B3F" w:rsidRDefault="00000000" w:rsidP="0016501E">
      <w:pPr>
        <w:jc w:val="both"/>
      </w:pPr>
      <w:r>
        <w:t>• non determina alcun obbligo per il Comune di acquisire, utilizzare o finanziare l’immobile;</w:t>
      </w:r>
    </w:p>
    <w:p w14:paraId="7CD6384D" w14:textId="77777777" w:rsidR="003B5B3F" w:rsidRDefault="00000000" w:rsidP="0016501E">
      <w:pPr>
        <w:jc w:val="both"/>
      </w:pPr>
      <w:r>
        <w:t>• non determina alcun vincolo di destinazione urbanistica;</w:t>
      </w:r>
    </w:p>
    <w:p w14:paraId="413AD3CA" w14:textId="77777777" w:rsidR="003B5B3F" w:rsidRDefault="00000000" w:rsidP="0016501E">
      <w:pPr>
        <w:jc w:val="both"/>
      </w:pPr>
      <w:r>
        <w:t>• non attribuisce alcun diritto al proprietario all’ottenimento di finanziamenti, contributi o altre agevolazioni;</w:t>
      </w:r>
    </w:p>
    <w:p w14:paraId="08DBC2EE" w14:textId="77777777" w:rsidR="003B5B3F" w:rsidRDefault="00000000" w:rsidP="0016501E">
      <w:pPr>
        <w:jc w:val="both"/>
      </w:pPr>
      <w:r>
        <w:t>• non comporta, in assenza di successivo specifico accordo o provvedimento, alcun obbligo di messa a disposizione dell’immobile.</w:t>
      </w:r>
    </w:p>
    <w:p w14:paraId="3483E061" w14:textId="77777777" w:rsidR="0016501E" w:rsidRDefault="0016501E" w:rsidP="0016501E">
      <w:pPr>
        <w:jc w:val="both"/>
      </w:pPr>
    </w:p>
    <w:p w14:paraId="71D1D011" w14:textId="5BB799E4" w:rsidR="003B5B3F" w:rsidRDefault="00000000" w:rsidP="0016501E">
      <w:pPr>
        <w:jc w:val="both"/>
      </w:pPr>
      <w:r>
        <w:t xml:space="preserve">Il/La </w:t>
      </w:r>
      <w:proofErr w:type="spellStart"/>
      <w:r>
        <w:t>sottoscritto</w:t>
      </w:r>
      <w:proofErr w:type="spellEnd"/>
      <w:r>
        <w:t xml:space="preserve">/a </w:t>
      </w:r>
      <w:proofErr w:type="spellStart"/>
      <w:r>
        <w:t>autorizza</w:t>
      </w:r>
      <w:proofErr w:type="spellEnd"/>
      <w:r>
        <w:t xml:space="preserve"> il </w:t>
      </w:r>
      <w:proofErr w:type="spellStart"/>
      <w:r>
        <w:t>Comune</w:t>
      </w:r>
      <w:proofErr w:type="spellEnd"/>
      <w:r>
        <w:t xml:space="preserve"> di </w:t>
      </w:r>
      <w:proofErr w:type="spellStart"/>
      <w:r w:rsidR="00F5374A">
        <w:t>Loiri</w:t>
      </w:r>
      <w:proofErr w:type="spellEnd"/>
      <w:r w:rsidR="00F5374A">
        <w:t xml:space="preserve"> Porto San Paolo</w:t>
      </w:r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dati forniti per le finalità istituzionali connesse alla presente ricognizione e agli eventuali conseguenti adempimenti presso la Regione Autonoma della Sardegna e gli altri soggetti pubblici competenti, nel rispetto della normativa vigente in materia di protezione dei dati personali.</w:t>
      </w:r>
    </w:p>
    <w:p w14:paraId="7281DE40" w14:textId="77777777" w:rsidR="0016501E" w:rsidRDefault="0016501E" w:rsidP="0016501E">
      <w:pPr>
        <w:jc w:val="both"/>
      </w:pPr>
    </w:p>
    <w:p w14:paraId="19281171" w14:textId="29C4807C" w:rsidR="003B5B3F" w:rsidRDefault="00000000" w:rsidP="0016501E">
      <w:pPr>
        <w:jc w:val="both"/>
      </w:pPr>
      <w:proofErr w:type="spellStart"/>
      <w:r>
        <w:t>Luogo</w:t>
      </w:r>
      <w:proofErr w:type="spellEnd"/>
      <w:r>
        <w:t xml:space="preserve"> e data _______________________________________________________</w:t>
      </w:r>
    </w:p>
    <w:p w14:paraId="3131D9DE" w14:textId="77777777" w:rsidR="003B5B3F" w:rsidRDefault="00000000" w:rsidP="0016501E">
      <w:pPr>
        <w:jc w:val="both"/>
      </w:pPr>
      <w:r>
        <w:rPr>
          <w:b/>
        </w:rPr>
        <w:t>Firma del dichiarante</w:t>
      </w:r>
    </w:p>
    <w:p w14:paraId="607FEDDE" w14:textId="77777777" w:rsidR="003B5B3F" w:rsidRDefault="00000000" w:rsidP="0016501E">
      <w:pPr>
        <w:jc w:val="both"/>
      </w:pPr>
      <w:r>
        <w:t>_______________________________________________________</w:t>
      </w:r>
    </w:p>
    <w:p w14:paraId="39EDC6FA" w14:textId="77777777" w:rsidR="0016501E" w:rsidRDefault="0016501E" w:rsidP="0016501E">
      <w:pPr>
        <w:jc w:val="both"/>
      </w:pPr>
    </w:p>
    <w:p w14:paraId="26D53DC9" w14:textId="4243B118" w:rsidR="003B5B3F" w:rsidRDefault="00000000" w:rsidP="0016501E">
      <w:pPr>
        <w:jc w:val="both"/>
      </w:pPr>
      <w:r>
        <w:t>N.B. Allegare copia di un documento di identità in corso di validità del sottoscrittore, salvo sottoscrizione con modalità che consentano l’identificazione secondo la normativa vigente.</w:t>
      </w:r>
    </w:p>
    <w:sectPr w:rsidR="003B5B3F" w:rsidSect="00034616">
      <w:pgSz w:w="12240" w:h="15840"/>
      <w:pgMar w:top="737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3718041">
    <w:abstractNumId w:val="8"/>
  </w:num>
  <w:num w:numId="2" w16cid:durableId="1463689954">
    <w:abstractNumId w:val="6"/>
  </w:num>
  <w:num w:numId="3" w16cid:durableId="1940143715">
    <w:abstractNumId w:val="5"/>
  </w:num>
  <w:num w:numId="4" w16cid:durableId="673075408">
    <w:abstractNumId w:val="4"/>
  </w:num>
  <w:num w:numId="5" w16cid:durableId="84227702">
    <w:abstractNumId w:val="7"/>
  </w:num>
  <w:num w:numId="6" w16cid:durableId="54744168">
    <w:abstractNumId w:val="3"/>
  </w:num>
  <w:num w:numId="7" w16cid:durableId="1204292596">
    <w:abstractNumId w:val="2"/>
  </w:num>
  <w:num w:numId="8" w16cid:durableId="158544439">
    <w:abstractNumId w:val="1"/>
  </w:num>
  <w:num w:numId="9" w16cid:durableId="21223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501E"/>
    <w:rsid w:val="0029639D"/>
    <w:rsid w:val="00326F90"/>
    <w:rsid w:val="003B5B3F"/>
    <w:rsid w:val="003C4A64"/>
    <w:rsid w:val="003F475E"/>
    <w:rsid w:val="00AA1D8D"/>
    <w:rsid w:val="00AE388C"/>
    <w:rsid w:val="00B47730"/>
    <w:rsid w:val="00BB7922"/>
    <w:rsid w:val="00CB0664"/>
    <w:rsid w:val="00E4602F"/>
    <w:rsid w:val="00EF7D01"/>
    <w:rsid w:val="00F537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4890F"/>
  <w14:defaultImageDpi w14:val="300"/>
  <w15:docId w15:val="{8F306936-4F0A-4B64-8C5F-4C2B6678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/>
    </w:pPr>
    <w:rPr>
      <w:rFonts w:ascii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Lai</cp:lastModifiedBy>
  <cp:revision>1</cp:revision>
  <dcterms:created xsi:type="dcterms:W3CDTF">2026-09-09T19:25:00Z</dcterms:created>
  <dcterms:modified xsi:type="dcterms:W3CDTF">2026-09-10T11:32:00Z</dcterms:modified>
  <cp:category/>
</cp:coreProperties>
</file>